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33" w:rsidRDefault="00EA6DED">
      <w:pPr>
        <w:pStyle w:val="Ttulo1"/>
      </w:pPr>
      <w:r>
        <w:t>Guía de Usuario: Sistema de Gestión del Portal de Empleo</w:t>
      </w:r>
    </w:p>
    <w:p w:rsidR="009F4533" w:rsidRDefault="00EA6DED">
      <w:pPr>
        <w:pStyle w:val="Ttulo2"/>
      </w:pPr>
      <w:r>
        <w:t>Introducción</w:t>
      </w:r>
    </w:p>
    <w:p w:rsidR="009F4533" w:rsidRDefault="00EA6DED">
      <w:r>
        <w:t xml:space="preserve">El sistema de gestión del Portal de Empleo de la Municipalidad de Luján de Cuyo está diseñado para administrar vacantes, inscriptos, postulantes y categorías de empleo de manera </w:t>
      </w:r>
      <w:r>
        <w:t>eficiente. Este documento describe las funcionalidades principales del sistema y cómo utilizarlas paso a paso.</w:t>
      </w:r>
    </w:p>
    <w:p w:rsidR="009F4533" w:rsidRDefault="00EA6DED">
      <w:pPr>
        <w:pStyle w:val="Ttulo2"/>
      </w:pPr>
      <w:r>
        <w:t>Índice</w:t>
      </w:r>
    </w:p>
    <w:p w:rsidR="009F4533" w:rsidRDefault="00EA6DED">
      <w:r>
        <w:br/>
        <w:t>1. Inicio de sesión</w:t>
      </w:r>
      <w:r>
        <w:br/>
        <w:t>2. Panel Principal</w:t>
      </w:r>
      <w:r>
        <w:br/>
        <w:t>3. Empresas</w:t>
      </w:r>
      <w:r>
        <w:br/>
        <w:t xml:space="preserve">   - Lista de Empresas</w:t>
      </w:r>
      <w:r>
        <w:br/>
        <w:t xml:space="preserve">   - Solicitudes de Empresas</w:t>
      </w:r>
      <w:r>
        <w:br/>
        <w:t xml:space="preserve">   - Agregar Nueva Empresa</w:t>
      </w:r>
      <w:r>
        <w:br/>
        <w:t>4. Empl</w:t>
      </w:r>
      <w:r>
        <w:t>eos</w:t>
      </w:r>
      <w:r>
        <w:br/>
        <w:t xml:space="preserve">   - Lista de Vacantes</w:t>
      </w:r>
      <w:r>
        <w:br/>
        <w:t xml:space="preserve">   - Agregar Nueva Vacante</w:t>
      </w:r>
      <w:r>
        <w:br/>
        <w:t xml:space="preserve">   - Editar Vacante</w:t>
      </w:r>
      <w:r>
        <w:br/>
        <w:t>5. Candidatos</w:t>
      </w:r>
      <w:r>
        <w:br/>
        <w:t xml:space="preserve">   - Lista de </w:t>
      </w:r>
      <w:proofErr w:type="spellStart"/>
      <w:r>
        <w:t>Aplicantes</w:t>
      </w:r>
      <w:proofErr w:type="spellEnd"/>
      <w:r>
        <w:br/>
        <w:t xml:space="preserve">   - Detalle de </w:t>
      </w:r>
      <w:proofErr w:type="spellStart"/>
      <w:r>
        <w:t>Aplicante</w:t>
      </w:r>
      <w:proofErr w:type="spellEnd"/>
      <w:r>
        <w:br/>
        <w:t>6. Categorías</w:t>
      </w:r>
      <w:r>
        <w:br/>
        <w:t>7. Usuarios del Sistema</w:t>
      </w:r>
      <w:r>
        <w:br/>
        <w:t>8. Resumen de Datos</w:t>
      </w:r>
      <w:r>
        <w:br/>
        <w:t>9. Soporte Técnico</w:t>
      </w:r>
      <w:r>
        <w:br/>
      </w:r>
    </w:p>
    <w:p w:rsidR="00356770" w:rsidRPr="00356770" w:rsidRDefault="00EA6DED" w:rsidP="00356770">
      <w:pPr>
        <w:pStyle w:val="Ttulo2"/>
      </w:pPr>
      <w:r>
        <w:lastRenderedPageBreak/>
        <w:t>Inicio de Sesión</w:t>
      </w:r>
    </w:p>
    <w:p w:rsidR="00356770" w:rsidRPr="00356770" w:rsidRDefault="00356770" w:rsidP="00356770">
      <w:r w:rsidRPr="00356770">
        <w:drawing>
          <wp:inline distT="0" distB="0" distL="0" distR="0" wp14:anchorId="74EE02A4" wp14:editId="206D0790">
            <wp:extent cx="5486400" cy="40322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70" w:rsidRDefault="00EA6DED">
      <w:r>
        <w:t>El inicio de sesión es</w:t>
      </w:r>
      <w:r>
        <w:t xml:space="preserve"> el primer paso para acceder al sistema. </w:t>
      </w:r>
    </w:p>
    <w:p w:rsidR="00356770" w:rsidRDefault="00EA6DED">
      <w:r>
        <w:t xml:space="preserve">1. Ingrese su usuario y contraseña. </w:t>
      </w:r>
    </w:p>
    <w:p w:rsidR="00356770" w:rsidRDefault="00EA6DED">
      <w:r>
        <w:t xml:space="preserve">2. Haga clic en Iniciar. </w:t>
      </w:r>
    </w:p>
    <w:p w:rsidR="00356770" w:rsidRDefault="00EA6DED" w:rsidP="00356770">
      <w:r>
        <w:t>3. Si no tiene cuenta, haga clic en Registrarse.</w:t>
      </w:r>
    </w:p>
    <w:p w:rsidR="00356770" w:rsidRDefault="00356770" w:rsidP="00356770"/>
    <w:p w:rsidR="00356770" w:rsidRDefault="00356770" w:rsidP="00356770"/>
    <w:p w:rsidR="00356770" w:rsidRDefault="00356770" w:rsidP="00356770"/>
    <w:p w:rsidR="00356770" w:rsidRDefault="00356770" w:rsidP="00356770"/>
    <w:p w:rsidR="00356770" w:rsidRDefault="00356770" w:rsidP="00356770"/>
    <w:p w:rsidR="00356770" w:rsidRDefault="00356770" w:rsidP="00356770"/>
    <w:p w:rsidR="00356770" w:rsidRDefault="00356770" w:rsidP="00356770"/>
    <w:p w:rsidR="009F4533" w:rsidRDefault="00EA6DED">
      <w:pPr>
        <w:pStyle w:val="Ttulo2"/>
      </w:pPr>
      <w:r>
        <w:lastRenderedPageBreak/>
        <w:t>P</w:t>
      </w:r>
      <w:r>
        <w:t>anel Principal</w:t>
      </w:r>
    </w:p>
    <w:p w:rsidR="009F4533" w:rsidRDefault="00EA6DED">
      <w:r>
        <w:t>Al iniciar sesión, será redirigido al panel principal con opciones de navegación.</w:t>
      </w:r>
    </w:p>
    <w:p w:rsidR="00356770" w:rsidRDefault="00356770">
      <w:r w:rsidRPr="00356770">
        <w:drawing>
          <wp:inline distT="0" distB="0" distL="0" distR="0" wp14:anchorId="0638920C" wp14:editId="5F1CCFD2">
            <wp:extent cx="5486400" cy="27158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pPr>
        <w:pStyle w:val="Ttulo2"/>
      </w:pPr>
      <w:r>
        <w:t>Empresa</w:t>
      </w:r>
      <w:r>
        <w:t>s</w:t>
      </w:r>
    </w:p>
    <w:p w:rsidR="009F4533" w:rsidRDefault="00EA6DED">
      <w:r>
        <w:t>Gestione información sobre empresas, sus solicitudes y registros de nuevos datos.</w:t>
      </w:r>
    </w:p>
    <w:p w:rsidR="00356770" w:rsidRDefault="00356770">
      <w:r w:rsidRPr="00356770">
        <w:drawing>
          <wp:inline distT="0" distB="0" distL="0" distR="0" wp14:anchorId="0C94B7D4" wp14:editId="0585EBCD">
            <wp:extent cx="5486400" cy="1132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70" w:rsidRDefault="009E0CAB" w:rsidP="00356770">
      <w:pPr>
        <w:pStyle w:val="Subttulo"/>
      </w:pPr>
      <w:r>
        <w:t>Botón</w:t>
      </w:r>
      <w:r w:rsidR="00356770">
        <w:t xml:space="preserve"> Añadir Empresa</w:t>
      </w:r>
    </w:p>
    <w:p w:rsidR="009E0CAB" w:rsidRPr="009E0CAB" w:rsidRDefault="009E0CAB" w:rsidP="009E0CAB">
      <w:r w:rsidRPr="009E0CAB">
        <w:drawing>
          <wp:inline distT="0" distB="0" distL="0" distR="0" wp14:anchorId="655A49FC" wp14:editId="28EF8140">
            <wp:extent cx="5486400" cy="13074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70" w:rsidRDefault="00356770" w:rsidP="00356770">
      <w:r>
        <w:t xml:space="preserve">Ingrese los datos necesarios para la creación de la </w:t>
      </w:r>
      <w:r w:rsidR="00EA6DED">
        <w:t>empresa y</w:t>
      </w:r>
      <w:r w:rsidR="009E0CAB">
        <w:t xml:space="preserve"> haga </w:t>
      </w:r>
      <w:proofErr w:type="spellStart"/>
      <w:r w:rsidR="009E0CAB">
        <w:t>click</w:t>
      </w:r>
      <w:proofErr w:type="spellEnd"/>
      <w:r w:rsidR="009E0CAB">
        <w:t xml:space="preserve"> en guardar para registrar la nueva empresa</w:t>
      </w:r>
    </w:p>
    <w:p w:rsidR="009E0CAB" w:rsidRDefault="009E0CAB" w:rsidP="009E0CAB">
      <w:pPr>
        <w:pStyle w:val="Subttulo"/>
      </w:pPr>
    </w:p>
    <w:p w:rsidR="009E0CAB" w:rsidRDefault="009E0CAB" w:rsidP="009E0CAB">
      <w:pPr>
        <w:pStyle w:val="Subttulo"/>
      </w:pPr>
    </w:p>
    <w:p w:rsidR="009E0CAB" w:rsidRDefault="009E0CAB" w:rsidP="009E0CAB">
      <w:pPr>
        <w:pStyle w:val="Subttulo"/>
      </w:pPr>
      <w:r>
        <w:lastRenderedPageBreak/>
        <w:t>Ver Solicitudes</w:t>
      </w:r>
    </w:p>
    <w:p w:rsidR="009E0CAB" w:rsidRPr="009E0CAB" w:rsidRDefault="009E0CAB" w:rsidP="009E0CAB">
      <w:r w:rsidRPr="009E0CAB">
        <w:drawing>
          <wp:inline distT="0" distB="0" distL="0" distR="0" wp14:anchorId="6C1ECA9B" wp14:editId="61FA385D">
            <wp:extent cx="5486400" cy="465201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23" w:rsidRDefault="009E0CAB" w:rsidP="009E0CAB">
      <w:r>
        <w:t xml:space="preserve">En este apartado se visualizan las solicitudes de empresas y las oportunidades de empleos. </w:t>
      </w:r>
      <w:proofErr w:type="spellStart"/>
      <w:r>
        <w:t>Clickeando</w:t>
      </w:r>
      <w:proofErr w:type="spellEnd"/>
      <w:r>
        <w:t xml:space="preserve"> los nombres se podrán ver los datos e información del empleo solicitado.</w:t>
      </w:r>
    </w:p>
    <w:p w:rsidR="00506223" w:rsidRDefault="00506223" w:rsidP="00506223">
      <w:r w:rsidRPr="00506223">
        <w:drawing>
          <wp:inline distT="0" distB="0" distL="0" distR="0" wp14:anchorId="1BF000EA" wp14:editId="08320D91">
            <wp:extent cx="5486400" cy="188468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23" w:rsidRDefault="00506223" w:rsidP="00506223"/>
    <w:p w:rsidR="009F4533" w:rsidRDefault="00EA6DED">
      <w:pPr>
        <w:pStyle w:val="Ttulo2"/>
      </w:pPr>
      <w:r>
        <w:lastRenderedPageBreak/>
        <w:t>E</w:t>
      </w:r>
      <w:r>
        <w:t>mpleos</w:t>
      </w:r>
    </w:p>
    <w:p w:rsidR="00506223" w:rsidRPr="00506223" w:rsidRDefault="00506223" w:rsidP="00506223">
      <w:r w:rsidRPr="00506223">
        <w:drawing>
          <wp:inline distT="0" distB="0" distL="0" distR="0" wp14:anchorId="0B14CA47" wp14:editId="2FAF7693">
            <wp:extent cx="5486400" cy="28727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r>
        <w:t>Administre las vacantes disponibles en el sistema.</w:t>
      </w:r>
      <w:r w:rsidR="00506223">
        <w:t xml:space="preserve"> Se pueden ver los empleos registrados en la página </w:t>
      </w:r>
    </w:p>
    <w:p w:rsidR="00506223" w:rsidRDefault="00506223" w:rsidP="00506223">
      <w:pPr>
        <w:pStyle w:val="Subttulo"/>
      </w:pPr>
      <w:r>
        <w:t>Botones</w:t>
      </w:r>
      <w:r>
        <w:br/>
      </w:r>
      <w:r w:rsidRPr="00506223">
        <w:drawing>
          <wp:inline distT="0" distB="0" distL="0" distR="0" wp14:anchorId="26B43F64" wp14:editId="0B6A0A67">
            <wp:extent cx="1905266" cy="6477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23" w:rsidRDefault="00506223" w:rsidP="00506223">
      <w:pPr>
        <w:pStyle w:val="Prrafodelista"/>
        <w:numPr>
          <w:ilvl w:val="0"/>
          <w:numId w:val="10"/>
        </w:numPr>
      </w:pPr>
      <w:r>
        <w:t>Editar: se puede modificar los datos del empleo.</w:t>
      </w:r>
    </w:p>
    <w:p w:rsidR="00506223" w:rsidRDefault="00506223" w:rsidP="00506223">
      <w:pPr>
        <w:pStyle w:val="Prrafodelista"/>
        <w:numPr>
          <w:ilvl w:val="0"/>
          <w:numId w:val="10"/>
        </w:numPr>
      </w:pPr>
      <w:r>
        <w:t>Borrar: elimina la postulación de trabajo</w:t>
      </w:r>
    </w:p>
    <w:p w:rsidR="00506223" w:rsidRDefault="00506223" w:rsidP="00506223">
      <w:pPr>
        <w:pStyle w:val="Prrafodelista"/>
        <w:numPr>
          <w:ilvl w:val="0"/>
          <w:numId w:val="10"/>
        </w:numPr>
      </w:pPr>
      <w:r>
        <w:t xml:space="preserve">Activar </w:t>
      </w:r>
      <w:r w:rsidR="00EA6DED">
        <w:t>o</w:t>
      </w:r>
      <w:r>
        <w:t xml:space="preserve"> Pausar: activa o desactiva la visualización del empleo en el apartado de ofertas en la página principal</w:t>
      </w: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FB6042" w:rsidRDefault="00FB6042" w:rsidP="00506223">
      <w:pPr>
        <w:pStyle w:val="Subttulo"/>
      </w:pPr>
    </w:p>
    <w:p w:rsidR="00506223" w:rsidRDefault="00506223" w:rsidP="00506223">
      <w:pPr>
        <w:pStyle w:val="Subttulo"/>
      </w:pPr>
      <w:r>
        <w:lastRenderedPageBreak/>
        <w:t>Agregar Puesto de trabajo</w:t>
      </w:r>
    </w:p>
    <w:p w:rsidR="00506223" w:rsidRDefault="00506223" w:rsidP="00506223">
      <w:r w:rsidRPr="00506223">
        <w:drawing>
          <wp:inline distT="0" distB="0" distL="0" distR="0" wp14:anchorId="4DA93716" wp14:editId="0DC483AF">
            <wp:extent cx="5486400" cy="33185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23" w:rsidRDefault="00506223" w:rsidP="00506223">
      <w:r>
        <w:t xml:space="preserve">Crea una oferta laboral manualmente </w:t>
      </w:r>
    </w:p>
    <w:p w:rsidR="00506223" w:rsidRPr="00506223" w:rsidRDefault="00506223" w:rsidP="00506223"/>
    <w:p w:rsidR="009F4533" w:rsidRDefault="00EA6DED">
      <w:pPr>
        <w:pStyle w:val="Ttulo2"/>
      </w:pPr>
      <w:r>
        <w:t>C</w:t>
      </w:r>
      <w:r>
        <w:t>andidatos</w:t>
      </w:r>
    </w:p>
    <w:p w:rsidR="00FB6042" w:rsidRPr="00FB6042" w:rsidRDefault="00FB6042" w:rsidP="00FB6042">
      <w:r w:rsidRPr="00FB6042">
        <w:drawing>
          <wp:inline distT="0" distB="0" distL="0" distR="0" wp14:anchorId="778CE111" wp14:editId="333F7186">
            <wp:extent cx="5486400" cy="29311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r>
        <w:t xml:space="preserve">Gestione los </w:t>
      </w:r>
      <w:proofErr w:type="spellStart"/>
      <w:r>
        <w:t>aplicantes</w:t>
      </w:r>
      <w:proofErr w:type="spellEnd"/>
      <w:r>
        <w:t xml:space="preserve"> al portal de empleo con sus datos completos.</w:t>
      </w:r>
      <w:r w:rsidR="00FB6042">
        <w:t xml:space="preserve"> En esta lista se visualizan los candidatos que se han postulado a un empleo</w:t>
      </w:r>
      <w:r w:rsidR="00F237DE">
        <w:t>.</w:t>
      </w:r>
    </w:p>
    <w:p w:rsidR="00F237DE" w:rsidRDefault="00F237DE" w:rsidP="00F237DE">
      <w:pPr>
        <w:pStyle w:val="Subttulo"/>
      </w:pPr>
      <w:r>
        <w:lastRenderedPageBreak/>
        <w:t>Botones</w:t>
      </w:r>
    </w:p>
    <w:p w:rsidR="00F237DE" w:rsidRDefault="00F237DE" w:rsidP="00F237DE">
      <w:r w:rsidRPr="00F237DE">
        <w:drawing>
          <wp:inline distT="0" distB="0" distL="0" distR="0" wp14:anchorId="085A373C" wp14:editId="5DF0BC9E">
            <wp:extent cx="1467055" cy="43821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DE" w:rsidRDefault="00F237DE" w:rsidP="00F237DE">
      <w:pPr>
        <w:pStyle w:val="Prrafodelista"/>
        <w:numPr>
          <w:ilvl w:val="0"/>
          <w:numId w:val="11"/>
        </w:numPr>
      </w:pPr>
      <w:r>
        <w:t>Borrar: se elimina la postulación del candidato</w:t>
      </w:r>
    </w:p>
    <w:p w:rsidR="00F237DE" w:rsidRDefault="00F237DE" w:rsidP="00F237DE">
      <w:pPr>
        <w:pStyle w:val="Prrafodelista"/>
        <w:numPr>
          <w:ilvl w:val="0"/>
          <w:numId w:val="11"/>
        </w:numPr>
      </w:pPr>
      <w:r>
        <w:t xml:space="preserve">Ver: aquí se puede ver la </w:t>
      </w:r>
      <w:r w:rsidR="00EA6DED">
        <w:t>información</w:t>
      </w:r>
      <w:r>
        <w:t xml:space="preserve"> del candidato</w:t>
      </w:r>
      <w:r w:rsidR="00C75B64">
        <w:t xml:space="preserve"> y archivos </w:t>
      </w:r>
      <w:proofErr w:type="gramStart"/>
      <w:r w:rsidR="00C75B64">
        <w:t>necesarios(</w:t>
      </w:r>
      <w:proofErr w:type="gramEnd"/>
      <w:r w:rsidR="00C75B64">
        <w:t xml:space="preserve">cv, </w:t>
      </w:r>
      <w:proofErr w:type="spellStart"/>
      <w:r w:rsidR="00C75B64">
        <w:t>cud</w:t>
      </w:r>
      <w:proofErr w:type="spellEnd"/>
      <w:r w:rsidR="00C75B64">
        <w:t xml:space="preserve"> y </w:t>
      </w:r>
      <w:r w:rsidR="00EA6DED">
        <w:t>analítico</w:t>
      </w:r>
      <w:r w:rsidR="00C75B64">
        <w:t>)</w:t>
      </w:r>
    </w:p>
    <w:p w:rsidR="00C75B64" w:rsidRDefault="00C75B64" w:rsidP="00C75B64">
      <w:pPr>
        <w:pStyle w:val="Prrafodelista"/>
      </w:pPr>
    </w:p>
    <w:p w:rsidR="00C75B64" w:rsidRDefault="00C75B64" w:rsidP="00C75B64">
      <w:pPr>
        <w:pStyle w:val="Prrafodelista"/>
      </w:pPr>
      <w:r w:rsidRPr="00C75B64">
        <w:drawing>
          <wp:inline distT="0" distB="0" distL="0" distR="0" wp14:anchorId="684CE054" wp14:editId="75CE8910">
            <wp:extent cx="5486400" cy="281305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DE" w:rsidRDefault="00F237DE" w:rsidP="00F237DE">
      <w:pPr>
        <w:pStyle w:val="Subttulo"/>
      </w:pPr>
      <w:r>
        <w:t>Estado Laboral</w:t>
      </w:r>
    </w:p>
    <w:p w:rsidR="00F237DE" w:rsidRDefault="00F237DE" w:rsidP="00F237DE">
      <w:r w:rsidRPr="00F237DE">
        <w:drawing>
          <wp:inline distT="0" distB="0" distL="0" distR="0" wp14:anchorId="28C2842B" wp14:editId="0EF0A3D4">
            <wp:extent cx="2048161" cy="2381582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64" w:rsidRDefault="00C75B64" w:rsidP="00F237DE"/>
    <w:p w:rsidR="00C75B64" w:rsidRDefault="00C75B64" w:rsidP="00F237DE"/>
    <w:p w:rsidR="00F237DE" w:rsidRDefault="00F237DE" w:rsidP="00F237DE">
      <w:r>
        <w:lastRenderedPageBreak/>
        <w:t xml:space="preserve">Actualiza </w:t>
      </w:r>
      <w:r w:rsidR="00C914D3">
        <w:t>la situación laboral del candidato:</w:t>
      </w:r>
    </w:p>
    <w:p w:rsidR="00C914D3" w:rsidRDefault="00C914D3" w:rsidP="00C914D3">
      <w:pPr>
        <w:pStyle w:val="Prrafodelista"/>
        <w:numPr>
          <w:ilvl w:val="0"/>
          <w:numId w:val="12"/>
        </w:numPr>
      </w:pPr>
      <w:r>
        <w:t>Pendiente: espera algún cambio en su situación</w:t>
      </w:r>
    </w:p>
    <w:p w:rsidR="00C914D3" w:rsidRDefault="00C914D3" w:rsidP="00C914D3">
      <w:pPr>
        <w:pStyle w:val="Prrafodelista"/>
        <w:numPr>
          <w:ilvl w:val="0"/>
          <w:numId w:val="12"/>
        </w:numPr>
      </w:pPr>
      <w:r>
        <w:t>Derivado: se envía la candidatura a la empresa que crea ese puesto</w:t>
      </w:r>
    </w:p>
    <w:p w:rsidR="00C914D3" w:rsidRDefault="00C914D3" w:rsidP="00C914D3">
      <w:pPr>
        <w:pStyle w:val="Prrafodelista"/>
        <w:numPr>
          <w:ilvl w:val="0"/>
          <w:numId w:val="12"/>
        </w:numPr>
      </w:pPr>
      <w:r>
        <w:t>Contratado: el candidato fue contratado por la empresa o ya está trabajando</w:t>
      </w:r>
    </w:p>
    <w:p w:rsidR="00C914D3" w:rsidRDefault="00C914D3" w:rsidP="00C914D3">
      <w:pPr>
        <w:pStyle w:val="Prrafodelista"/>
        <w:numPr>
          <w:ilvl w:val="0"/>
          <w:numId w:val="12"/>
        </w:numPr>
      </w:pPr>
      <w:r>
        <w:t>Inhabilitado: el candidato tiene mala conducta o mayoría de edad (más de 65), o alguna cuestión extra que no permita su contratación</w:t>
      </w:r>
    </w:p>
    <w:p w:rsidR="00C914D3" w:rsidRDefault="00C914D3" w:rsidP="00C914D3">
      <w:pPr>
        <w:pStyle w:val="Prrafodelista"/>
        <w:numPr>
          <w:ilvl w:val="0"/>
          <w:numId w:val="12"/>
        </w:numPr>
      </w:pPr>
      <w:r>
        <w:t xml:space="preserve">Inadecuado: el candidato no cumple con todas las </w:t>
      </w:r>
      <w:r w:rsidR="00EA6DED">
        <w:t>especificaciones</w:t>
      </w:r>
      <w:r w:rsidR="00C75B64">
        <w:t xml:space="preserve"> del empleo</w:t>
      </w:r>
    </w:p>
    <w:p w:rsidR="00C75B64" w:rsidRDefault="00C75B64" w:rsidP="00C914D3">
      <w:pPr>
        <w:pStyle w:val="Prrafodelista"/>
        <w:numPr>
          <w:ilvl w:val="0"/>
          <w:numId w:val="12"/>
        </w:numPr>
      </w:pPr>
      <w:r>
        <w:t>Programa: se encuentra en un programa laboral de la municipalidad</w:t>
      </w:r>
      <w:r>
        <w:br/>
      </w:r>
    </w:p>
    <w:p w:rsidR="00C75B64" w:rsidRDefault="00C75B64" w:rsidP="00C75B64">
      <w:pPr>
        <w:pStyle w:val="Ttulo2"/>
      </w:pPr>
      <w:r>
        <w:t xml:space="preserve">Inscriptos </w:t>
      </w:r>
    </w:p>
    <w:p w:rsidR="00C75B64" w:rsidRDefault="00C75B64" w:rsidP="00C75B64">
      <w:r w:rsidRPr="00C75B64">
        <w:drawing>
          <wp:inline distT="0" distB="0" distL="0" distR="0" wp14:anchorId="756437E6" wp14:editId="23FE9211">
            <wp:extent cx="5486400" cy="292862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64" w:rsidRDefault="00C75B64" w:rsidP="00C75B64">
      <w:r>
        <w:t>Se listan las personas que se han registrado a la página de empleo.</w:t>
      </w:r>
    </w:p>
    <w:p w:rsidR="00C75B64" w:rsidRDefault="00C75B64" w:rsidP="00C75B64">
      <w:pPr>
        <w:pStyle w:val="Subttulo"/>
      </w:pPr>
      <w:r>
        <w:t>Botones</w:t>
      </w:r>
    </w:p>
    <w:p w:rsidR="00C75B64" w:rsidRDefault="00C75B64" w:rsidP="00C75B64">
      <w:r w:rsidRPr="00C75B64">
        <w:drawing>
          <wp:inline distT="0" distB="0" distL="0" distR="0" wp14:anchorId="22405894" wp14:editId="69DE7395">
            <wp:extent cx="1686160" cy="466790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64" w:rsidRDefault="00C75B64" w:rsidP="00C75B64">
      <w:pPr>
        <w:pStyle w:val="Prrafodelista"/>
        <w:numPr>
          <w:ilvl w:val="0"/>
          <w:numId w:val="11"/>
        </w:numPr>
      </w:pPr>
      <w:r>
        <w:t xml:space="preserve">Borrar: se elimina la </w:t>
      </w:r>
      <w:r w:rsidR="00C14AB1">
        <w:t>persona de la plataforma</w:t>
      </w:r>
    </w:p>
    <w:p w:rsidR="00C75B64" w:rsidRDefault="00C75B64" w:rsidP="00C75B64">
      <w:pPr>
        <w:pStyle w:val="Prrafodelista"/>
        <w:numPr>
          <w:ilvl w:val="0"/>
          <w:numId w:val="11"/>
        </w:numPr>
      </w:pPr>
      <w:r>
        <w:t xml:space="preserve">Ver: aquí se puede ver la </w:t>
      </w:r>
      <w:r w:rsidR="00EA6DED">
        <w:t>información</w:t>
      </w:r>
      <w:r>
        <w:t xml:space="preserve"> de</w:t>
      </w:r>
      <w:r w:rsidR="00C14AB1">
        <w:t xml:space="preserve"> </w:t>
      </w:r>
      <w:r>
        <w:t>l</w:t>
      </w:r>
      <w:r w:rsidR="00C14AB1">
        <w:t>a</w:t>
      </w:r>
      <w:r>
        <w:t xml:space="preserve"> </w:t>
      </w:r>
      <w:r w:rsidR="00C14AB1">
        <w:t>persona</w:t>
      </w:r>
      <w:r>
        <w:t xml:space="preserve"> y archivos necesarios</w:t>
      </w:r>
      <w:r w:rsidR="00EA6DED">
        <w:t xml:space="preserve"> </w:t>
      </w:r>
      <w:r>
        <w:t xml:space="preserve">(cv, </w:t>
      </w:r>
      <w:proofErr w:type="spellStart"/>
      <w:r>
        <w:t>cud</w:t>
      </w:r>
      <w:proofErr w:type="spellEnd"/>
      <w:r>
        <w:t xml:space="preserve"> y </w:t>
      </w:r>
      <w:r w:rsidR="00EA6DED">
        <w:t>analítico</w:t>
      </w:r>
      <w:r>
        <w:t>)</w:t>
      </w:r>
    </w:p>
    <w:p w:rsidR="00C75B64" w:rsidRDefault="00C75B64" w:rsidP="00C75B64">
      <w:pPr>
        <w:pStyle w:val="Prrafodelista"/>
        <w:numPr>
          <w:ilvl w:val="0"/>
          <w:numId w:val="11"/>
        </w:numPr>
      </w:pPr>
      <w:r>
        <w:t>Postular: deriva a</w:t>
      </w:r>
      <w:r w:rsidR="00C14AB1">
        <w:t xml:space="preserve"> la persona a algún puesto de trabajo</w:t>
      </w:r>
    </w:p>
    <w:p w:rsidR="00C14AB1" w:rsidRDefault="00C14AB1" w:rsidP="00C14AB1">
      <w:pPr>
        <w:pStyle w:val="Prrafodelista"/>
      </w:pPr>
    </w:p>
    <w:p w:rsidR="00C14AB1" w:rsidRDefault="00C14AB1" w:rsidP="00C14AB1">
      <w:pPr>
        <w:pStyle w:val="Subttulo"/>
      </w:pPr>
      <w:r>
        <w:lastRenderedPageBreak/>
        <w:t>Postular</w:t>
      </w:r>
      <w:r>
        <w:br/>
      </w:r>
      <w:r w:rsidRPr="00C14AB1">
        <w:drawing>
          <wp:inline distT="0" distB="0" distL="0" distR="0" wp14:anchorId="33DFF680" wp14:editId="1F963422">
            <wp:extent cx="5486400" cy="23012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B1" w:rsidRPr="00C14AB1" w:rsidRDefault="00C14AB1" w:rsidP="00C14AB1">
      <w:r>
        <w:t>Muestra los empleos para que la persona pueda ser postulada mediante el botón de “Postularme”</w:t>
      </w:r>
    </w:p>
    <w:p w:rsidR="009F4533" w:rsidRDefault="00EA6DED">
      <w:pPr>
        <w:pStyle w:val="Ttulo2"/>
      </w:pPr>
      <w:r>
        <w:t>C</w:t>
      </w:r>
      <w:r>
        <w:t>ategorías</w:t>
      </w:r>
    </w:p>
    <w:p w:rsidR="00C14AB1" w:rsidRDefault="00C14AB1">
      <w:r w:rsidRPr="00C14AB1">
        <w:drawing>
          <wp:inline distT="0" distB="0" distL="0" distR="0" wp14:anchorId="04227C2A" wp14:editId="2910C043">
            <wp:extent cx="5486400" cy="273812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AB1">
        <w:t xml:space="preserve"> </w:t>
      </w:r>
      <w:r>
        <w:t>Agregue o edite categorías de empleo disponibles.</w:t>
      </w:r>
    </w:p>
    <w:p w:rsidR="00C14AB1" w:rsidRDefault="00C14AB1" w:rsidP="00C14AB1">
      <w:pPr>
        <w:pStyle w:val="Subttulo"/>
      </w:pPr>
      <w:r>
        <w:t xml:space="preserve">Agregar categorías </w:t>
      </w:r>
    </w:p>
    <w:p w:rsidR="00C14AB1" w:rsidRPr="00C14AB1" w:rsidRDefault="00C14AB1" w:rsidP="00C14AB1">
      <w:r w:rsidRPr="00C14AB1">
        <w:drawing>
          <wp:inline distT="0" distB="0" distL="0" distR="0" wp14:anchorId="401CC937" wp14:editId="6FC5A49F">
            <wp:extent cx="5486400" cy="885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pPr>
        <w:pStyle w:val="Ttulo2"/>
      </w:pPr>
      <w:r>
        <w:lastRenderedPageBreak/>
        <w:t>Usuarios del Sistema</w:t>
      </w:r>
    </w:p>
    <w:p w:rsidR="00C14AB1" w:rsidRDefault="00C14AB1">
      <w:r w:rsidRPr="00C14AB1">
        <w:drawing>
          <wp:inline distT="0" distB="0" distL="0" distR="0" wp14:anchorId="71AF7B49" wp14:editId="1735EC64">
            <wp:extent cx="5486400" cy="16598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r>
        <w:t>Gestione cuentas de administrador y empresas.</w:t>
      </w:r>
    </w:p>
    <w:p w:rsidR="00C14AB1" w:rsidRDefault="00C14AB1" w:rsidP="00C14AB1">
      <w:pPr>
        <w:pStyle w:val="Subttulo"/>
      </w:pPr>
      <w:r>
        <w:t>Añadir Usuario</w:t>
      </w:r>
    </w:p>
    <w:p w:rsidR="00C14AB1" w:rsidRPr="00C14AB1" w:rsidRDefault="00C14AB1" w:rsidP="00C14AB1">
      <w:r w:rsidRPr="00C14AB1">
        <w:drawing>
          <wp:inline distT="0" distB="0" distL="0" distR="0" wp14:anchorId="5D425891" wp14:editId="62250D79">
            <wp:extent cx="5486400" cy="19278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33" w:rsidRDefault="00EA6DED">
      <w:pPr>
        <w:pStyle w:val="Ttulo2"/>
      </w:pPr>
      <w:r>
        <w:t>Resumen de Datos</w:t>
      </w:r>
    </w:p>
    <w:p w:rsidR="00C14AB1" w:rsidRPr="00C14AB1" w:rsidRDefault="00C14AB1" w:rsidP="00C14AB1">
      <w:r w:rsidRPr="00C14AB1">
        <w:drawing>
          <wp:inline distT="0" distB="0" distL="0" distR="0" wp14:anchorId="033484EB" wp14:editId="2260D150">
            <wp:extent cx="5486400" cy="2006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B1" w:rsidRDefault="00EA6DED" w:rsidP="00C14AB1">
      <w:r>
        <w:t>Revise estadísticas de inscritos, empresas y vacantes, y realice búsquedas.</w:t>
      </w:r>
    </w:p>
    <w:p w:rsidR="00C14AB1" w:rsidRDefault="00C14AB1" w:rsidP="00C14AB1"/>
    <w:p w:rsidR="00C14AB1" w:rsidRDefault="00C14AB1" w:rsidP="00C14AB1"/>
    <w:p w:rsidR="00C14AB1" w:rsidRDefault="00C14AB1">
      <w:pPr>
        <w:pStyle w:val="Ttulo2"/>
      </w:pPr>
      <w:r>
        <w:lastRenderedPageBreak/>
        <w:t>Seguimiento</w:t>
      </w:r>
    </w:p>
    <w:p w:rsidR="00C14AB1" w:rsidRDefault="00C14AB1" w:rsidP="00C14AB1">
      <w:r w:rsidRPr="00C14AB1">
        <w:drawing>
          <wp:inline distT="0" distB="0" distL="0" distR="0" wp14:anchorId="4F4AC0DD" wp14:editId="1F2552F1">
            <wp:extent cx="5486400" cy="27698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ED" w:rsidRDefault="00EA6DED" w:rsidP="00C14AB1">
      <w:r>
        <w:t xml:space="preserve">El buscador muestra la experiencia laboral y conocimientos de las personas, y las guarda en una lista (Búsquedas Anteriores). </w:t>
      </w:r>
    </w:p>
    <w:p w:rsidR="00EA6DED" w:rsidRDefault="00EA6DED" w:rsidP="00EA6DED">
      <w:pPr>
        <w:pStyle w:val="Subttulo"/>
      </w:pPr>
      <w:r>
        <w:t xml:space="preserve">Búsquedas Anteriores </w:t>
      </w:r>
      <w:r>
        <w:br/>
      </w:r>
      <w:r w:rsidRPr="00EA6DED">
        <w:drawing>
          <wp:inline distT="0" distB="0" distL="0" distR="0" wp14:anchorId="3D9BD955" wp14:editId="6411C6D2">
            <wp:extent cx="5486400" cy="270256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ED" w:rsidRDefault="00EA6DED" w:rsidP="00EA6DED">
      <w:r>
        <w:t xml:space="preserve">Se muestran las búsquedas anteriores y las personas guardas en las mismas </w:t>
      </w:r>
    </w:p>
    <w:p w:rsidR="00EA6DED" w:rsidRDefault="00EA6DED" w:rsidP="00EA6DED">
      <w:pPr>
        <w:pStyle w:val="Subttulo"/>
      </w:pPr>
      <w:r>
        <w:t>Funcionamiento</w:t>
      </w:r>
    </w:p>
    <w:p w:rsidR="00EA6DED" w:rsidRDefault="00EA6DED" w:rsidP="00EA6DED">
      <w:r>
        <w:t>-Se ingresa la palabra clave en la barra de búsqueda.</w:t>
      </w:r>
    </w:p>
    <w:p w:rsidR="00EA6DED" w:rsidRDefault="00EA6DED" w:rsidP="00EA6DED">
      <w:r>
        <w:t xml:space="preserve">-Se muestran los resultados, y se marcan en las casillas de la izquierda de la lista de la información </w:t>
      </w:r>
    </w:p>
    <w:p w:rsidR="00EA6DED" w:rsidRPr="00EA6DED" w:rsidRDefault="00EA6DED" w:rsidP="00EA6DED">
      <w:r>
        <w:lastRenderedPageBreak/>
        <w:t xml:space="preserve">-Se hace </w:t>
      </w:r>
      <w:proofErr w:type="spellStart"/>
      <w:r>
        <w:t>click</w:t>
      </w:r>
      <w:proofErr w:type="spellEnd"/>
      <w:r>
        <w:t xml:space="preserve"> en guardar</w:t>
      </w:r>
    </w:p>
    <w:p w:rsidR="00C14AB1" w:rsidRDefault="00EA6DED" w:rsidP="00C14AB1">
      <w:r>
        <w:t>-En “Búsquedas</w:t>
      </w:r>
      <w:bookmarkStart w:id="0" w:name="_GoBack"/>
      <w:bookmarkEnd w:id="0"/>
      <w:r>
        <w:t xml:space="preserve"> anteriores” se muestran las listas de personas haciendo </w:t>
      </w:r>
      <w:proofErr w:type="spellStart"/>
      <w:r>
        <w:t>click</w:t>
      </w:r>
      <w:proofErr w:type="spellEnd"/>
      <w:r>
        <w:t xml:space="preserve"> en la palabra clave.</w:t>
      </w:r>
    </w:p>
    <w:p w:rsidR="00EA6DED" w:rsidRPr="00C14AB1" w:rsidRDefault="00EA6DED" w:rsidP="00C14AB1">
      <w:r>
        <w:t>-Cuando se muestra la lista el funcionamiento es igual a la barra de búsqueda inicial</w:t>
      </w:r>
    </w:p>
    <w:p w:rsidR="009F4533" w:rsidRDefault="00EA6DED">
      <w:pPr>
        <w:pStyle w:val="Ttulo2"/>
      </w:pPr>
      <w:r>
        <w:t>Soporte Técnico</w:t>
      </w:r>
    </w:p>
    <w:p w:rsidR="009F4533" w:rsidRDefault="00EA6DED">
      <w:r>
        <w:t>Si necesita ayuda, contacte al soporte técnico:</w:t>
      </w:r>
      <w:r>
        <w:br/>
        <w:t>Corr</w:t>
      </w:r>
      <w:r>
        <w:t>eo electrónico: soporte@empleolujan.gob.ar</w:t>
      </w:r>
      <w:r>
        <w:br/>
        <w:t>Teléfono: 0261-498-0000</w:t>
      </w:r>
    </w:p>
    <w:sectPr w:rsidR="009F453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9083F4A"/>
    <w:multiLevelType w:val="hybridMultilevel"/>
    <w:tmpl w:val="7234A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7F23F5"/>
    <w:multiLevelType w:val="hybridMultilevel"/>
    <w:tmpl w:val="2EC8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1C5744"/>
    <w:multiLevelType w:val="hybridMultilevel"/>
    <w:tmpl w:val="33A49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56770"/>
    <w:rsid w:val="00506223"/>
    <w:rsid w:val="009E0CAB"/>
    <w:rsid w:val="009F4533"/>
    <w:rsid w:val="00AA1D8D"/>
    <w:rsid w:val="00B47730"/>
    <w:rsid w:val="00C14AB1"/>
    <w:rsid w:val="00C75B64"/>
    <w:rsid w:val="00C914D3"/>
    <w:rsid w:val="00CB0664"/>
    <w:rsid w:val="00EA6DED"/>
    <w:rsid w:val="00F237DE"/>
    <w:rsid w:val="00FB60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614D0"/>
  <w14:defaultImageDpi w14:val="300"/>
  <w15:docId w15:val="{BF05DE5F-EB83-45C5-9B0E-DC4D9C16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356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F9986-1F60-4B43-9154-85440DBC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634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major</cp:lastModifiedBy>
  <cp:revision>3</cp:revision>
  <dcterms:created xsi:type="dcterms:W3CDTF">2013-12-23T23:15:00Z</dcterms:created>
  <dcterms:modified xsi:type="dcterms:W3CDTF">2024-12-13T16:24:00Z</dcterms:modified>
  <cp:category/>
</cp:coreProperties>
</file>